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01329" w14:textId="77777777" w:rsidR="000025D0" w:rsidRPr="00861B6F" w:rsidRDefault="000A213C">
      <w:pPr>
        <w:pStyle w:val="Nzev"/>
        <w:rPr>
          <w:lang w:val="cs-CZ"/>
        </w:rPr>
      </w:pPr>
      <w:r w:rsidRPr="00861B6F">
        <w:rPr>
          <w:lang w:val="cs-CZ"/>
        </w:rPr>
        <w:t>Návrh tématu závěrečné práce</w:t>
      </w:r>
    </w:p>
    <w:p w14:paraId="605BF372" w14:textId="77777777" w:rsidR="000025D0" w:rsidRPr="00861B6F" w:rsidRDefault="000A213C">
      <w:pPr>
        <w:spacing w:after="140"/>
        <w:rPr>
          <w:lang w:val="cs-CZ"/>
        </w:rPr>
      </w:pPr>
      <w:r w:rsidRPr="00861B6F">
        <w:rPr>
          <w:lang w:val="cs-CZ"/>
        </w:rPr>
        <w:t>Formulář vyplňte před první konzultací. Vedoucí podle něj posoudí odborné zaměření, proveditelnost a připravenost návrhu. Pište stručně, konkrétně a vlastními slovy.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54"/>
        <w:gridCol w:w="7483"/>
      </w:tblGrid>
      <w:tr w:rsidR="000025D0" w:rsidRPr="00861B6F" w14:paraId="08F4ED62" w14:textId="77777777">
        <w:trPr>
          <w:jc w:val="center"/>
        </w:trPr>
        <w:tc>
          <w:tcPr>
            <w:tcW w:w="2154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55" w:type="dxa"/>
              <w:left w:w="120" w:type="dxa"/>
              <w:bottom w:w="55" w:type="dxa"/>
              <w:right w:w="120" w:type="dxa"/>
            </w:tcMar>
            <w:vAlign w:val="center"/>
          </w:tcPr>
          <w:p w14:paraId="4297374D" w14:textId="77777777" w:rsidR="000025D0" w:rsidRPr="00861B6F" w:rsidRDefault="000A213C">
            <w:pPr>
              <w:spacing w:after="0"/>
              <w:rPr>
                <w:lang w:val="cs-CZ"/>
              </w:rPr>
            </w:pPr>
            <w:r w:rsidRPr="00861B6F">
              <w:rPr>
                <w:b/>
                <w:sz w:val="17"/>
                <w:lang w:val="cs-CZ"/>
              </w:rPr>
              <w:t>Jméno a příjmení</w:t>
            </w:r>
          </w:p>
        </w:tc>
        <w:tc>
          <w:tcPr>
            <w:tcW w:w="7483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55" w:type="dxa"/>
              <w:left w:w="120" w:type="dxa"/>
              <w:bottom w:w="55" w:type="dxa"/>
              <w:right w:w="120" w:type="dxa"/>
            </w:tcMar>
            <w:vAlign w:val="center"/>
          </w:tcPr>
          <w:p w14:paraId="3E316B7A" w14:textId="77777777" w:rsidR="000025D0" w:rsidRPr="00861B6F" w:rsidRDefault="000A213C">
            <w:pPr>
              <w:spacing w:after="0"/>
              <w:rPr>
                <w:lang w:val="cs-CZ"/>
              </w:rPr>
            </w:pPr>
            <w:r w:rsidRPr="00861B6F">
              <w:rPr>
                <w:color w:val="7A7F87"/>
                <w:sz w:val="17"/>
                <w:lang w:val="cs-CZ"/>
              </w:rPr>
              <w:t>Klikněte a doplňte</w:t>
            </w:r>
          </w:p>
        </w:tc>
      </w:tr>
      <w:tr w:rsidR="000025D0" w:rsidRPr="00861B6F" w14:paraId="65F693DE" w14:textId="77777777">
        <w:trPr>
          <w:jc w:val="center"/>
        </w:trPr>
        <w:tc>
          <w:tcPr>
            <w:tcW w:w="2154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55" w:type="dxa"/>
              <w:left w:w="120" w:type="dxa"/>
              <w:bottom w:w="55" w:type="dxa"/>
              <w:right w:w="120" w:type="dxa"/>
            </w:tcMar>
            <w:vAlign w:val="center"/>
          </w:tcPr>
          <w:p w14:paraId="374375B6" w14:textId="77777777" w:rsidR="000025D0" w:rsidRPr="00861B6F" w:rsidRDefault="000A213C">
            <w:pPr>
              <w:spacing w:after="0"/>
              <w:rPr>
                <w:lang w:val="cs-CZ"/>
              </w:rPr>
            </w:pPr>
            <w:r w:rsidRPr="00861B6F">
              <w:rPr>
                <w:b/>
                <w:sz w:val="17"/>
                <w:lang w:val="cs-CZ"/>
              </w:rPr>
              <w:t xml:space="preserve">Studijní program a </w:t>
            </w:r>
            <w:r w:rsidRPr="00861B6F">
              <w:rPr>
                <w:b/>
                <w:sz w:val="17"/>
                <w:lang w:val="cs-CZ"/>
              </w:rPr>
              <w:t>ročník</w:t>
            </w:r>
          </w:p>
        </w:tc>
        <w:tc>
          <w:tcPr>
            <w:tcW w:w="7483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55" w:type="dxa"/>
              <w:left w:w="120" w:type="dxa"/>
              <w:bottom w:w="55" w:type="dxa"/>
              <w:right w:w="120" w:type="dxa"/>
            </w:tcMar>
            <w:vAlign w:val="center"/>
          </w:tcPr>
          <w:p w14:paraId="320787EE" w14:textId="77777777" w:rsidR="000025D0" w:rsidRPr="00861B6F" w:rsidRDefault="000A213C">
            <w:pPr>
              <w:spacing w:after="0"/>
              <w:rPr>
                <w:lang w:val="cs-CZ"/>
              </w:rPr>
            </w:pPr>
            <w:r w:rsidRPr="00861B6F">
              <w:rPr>
                <w:color w:val="7A7F87"/>
                <w:sz w:val="17"/>
                <w:lang w:val="cs-CZ"/>
              </w:rPr>
              <w:t>Klikněte a doplňte</w:t>
            </w:r>
          </w:p>
        </w:tc>
      </w:tr>
      <w:tr w:rsidR="000025D0" w:rsidRPr="00861B6F" w14:paraId="75984C78" w14:textId="77777777">
        <w:trPr>
          <w:jc w:val="center"/>
        </w:trPr>
        <w:tc>
          <w:tcPr>
            <w:tcW w:w="2154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55" w:type="dxa"/>
              <w:left w:w="120" w:type="dxa"/>
              <w:bottom w:w="55" w:type="dxa"/>
              <w:right w:w="120" w:type="dxa"/>
            </w:tcMar>
            <w:vAlign w:val="center"/>
          </w:tcPr>
          <w:p w14:paraId="3F93A6C2" w14:textId="77777777" w:rsidR="000025D0" w:rsidRPr="00861B6F" w:rsidRDefault="000A213C">
            <w:pPr>
              <w:spacing w:after="0"/>
              <w:rPr>
                <w:lang w:val="cs-CZ"/>
              </w:rPr>
            </w:pPr>
            <w:r w:rsidRPr="00861B6F">
              <w:rPr>
                <w:b/>
                <w:sz w:val="17"/>
                <w:lang w:val="cs-CZ"/>
              </w:rPr>
              <w:t>Typ práce</w:t>
            </w:r>
          </w:p>
        </w:tc>
        <w:tc>
          <w:tcPr>
            <w:tcW w:w="7483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tcMar>
              <w:top w:w="55" w:type="dxa"/>
              <w:left w:w="120" w:type="dxa"/>
              <w:bottom w:w="55" w:type="dxa"/>
              <w:right w:w="120" w:type="dxa"/>
            </w:tcMar>
            <w:vAlign w:val="center"/>
          </w:tcPr>
          <w:p w14:paraId="1E7124AA" w14:textId="77777777" w:rsidR="000025D0" w:rsidRPr="00861B6F" w:rsidRDefault="000A213C">
            <w:pPr>
              <w:spacing w:after="0"/>
              <w:rPr>
                <w:lang w:val="cs-CZ"/>
              </w:rPr>
            </w:pPr>
            <w:r w:rsidRPr="00861B6F">
              <w:rPr>
                <w:color w:val="7A7F87"/>
                <w:sz w:val="17"/>
                <w:lang w:val="cs-CZ"/>
              </w:rPr>
              <w:t>☐</w:t>
            </w:r>
            <w:r w:rsidRPr="00861B6F">
              <w:rPr>
                <w:color w:val="7A7F87"/>
                <w:sz w:val="17"/>
                <w:lang w:val="cs-CZ"/>
              </w:rPr>
              <w:t xml:space="preserve"> bakalářská   ☐ diplomová</w:t>
            </w:r>
          </w:p>
        </w:tc>
      </w:tr>
    </w:tbl>
    <w:p w14:paraId="2BA1C5E7" w14:textId="49E5543C" w:rsidR="000025D0" w:rsidRPr="00861B6F" w:rsidRDefault="000A213C">
      <w:pPr>
        <w:pStyle w:val="Nadpis2"/>
        <w:rPr>
          <w:lang w:val="cs-CZ"/>
        </w:rPr>
      </w:pPr>
      <w:r w:rsidRPr="00861B6F">
        <w:rPr>
          <w:lang w:val="cs-CZ"/>
        </w:rPr>
        <w:t>1 Pracovní název a zaměření</w:t>
      </w:r>
      <w:r w:rsidRPr="00861B6F">
        <w:rPr>
          <w:b w:val="0"/>
          <w:color w:val="7A7F87"/>
          <w:sz w:val="15"/>
          <w:lang w:val="cs-CZ"/>
        </w:rPr>
        <w:t xml:space="preserve">  </w:t>
      </w:r>
    </w:p>
    <w:p w14:paraId="78320768" w14:textId="77777777" w:rsidR="000025D0" w:rsidRPr="00861B6F" w:rsidRDefault="000A213C">
      <w:pPr>
        <w:pStyle w:val="Instruction"/>
        <w:keepNext/>
        <w:rPr>
          <w:lang w:val="cs-CZ"/>
        </w:rPr>
      </w:pPr>
      <w:r w:rsidRPr="00861B6F">
        <w:rPr>
          <w:lang w:val="cs-CZ"/>
        </w:rPr>
        <w:t>Uveďte výstižný pracovní název. Z názvu má být patrné, co nebo koho chcete zkoumat, případně v jakém prostředí. Název se může po konzultaci změnit.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638"/>
      </w:tblGrid>
      <w:tr w:rsidR="000025D0" w:rsidRPr="00861B6F" w14:paraId="375F352A" w14:textId="77777777">
        <w:trPr>
          <w:jc w:val="center"/>
        </w:trPr>
        <w:tc>
          <w:tcPr>
            <w:tcW w:w="9638" w:type="dxa"/>
            <w:tcBorders>
              <w:top w:val="single" w:sz="7" w:space="0" w:color="C9CDD2"/>
              <w:left w:val="single" w:sz="7" w:space="0" w:color="C9CDD2"/>
              <w:bottom w:val="single" w:sz="7" w:space="0" w:color="C9CDD2"/>
              <w:right w:val="single" w:sz="7" w:space="0" w:color="C9CDD2"/>
            </w:tcBorders>
            <w:shd w:val="clear" w:color="auto" w:fill="F7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2530E7A" w14:textId="77777777" w:rsidR="000025D0" w:rsidRPr="00861B6F" w:rsidRDefault="000A213C">
            <w:pPr>
              <w:spacing w:after="0" w:line="252" w:lineRule="auto"/>
              <w:rPr>
                <w:lang w:val="cs-CZ"/>
              </w:rPr>
            </w:pPr>
            <w:r w:rsidRPr="00861B6F">
              <w:rPr>
                <w:color w:val="7A7F87"/>
                <w:lang w:val="cs-CZ"/>
              </w:rPr>
              <w:t>Pracovní náze</w:t>
            </w:r>
            <w:r w:rsidRPr="00861B6F">
              <w:rPr>
                <w:color w:val="7A7F87"/>
                <w:lang w:val="cs-CZ"/>
              </w:rPr>
              <w:t>v práce</w:t>
            </w:r>
          </w:p>
        </w:tc>
      </w:tr>
    </w:tbl>
    <w:p w14:paraId="5A8753BD" w14:textId="2903645F" w:rsidR="000025D0" w:rsidRPr="00861B6F" w:rsidRDefault="000A213C">
      <w:pPr>
        <w:pStyle w:val="Nadpis2"/>
        <w:rPr>
          <w:lang w:val="cs-CZ"/>
        </w:rPr>
      </w:pPr>
      <w:r w:rsidRPr="00861B6F">
        <w:rPr>
          <w:lang w:val="cs-CZ"/>
        </w:rPr>
        <w:t>2 Východisko a velmi krátká rešerše</w:t>
      </w:r>
      <w:r w:rsidRPr="00861B6F">
        <w:rPr>
          <w:b w:val="0"/>
          <w:color w:val="7A7F87"/>
          <w:sz w:val="15"/>
          <w:lang w:val="cs-CZ"/>
        </w:rPr>
        <w:t xml:space="preserve">  </w:t>
      </w:r>
    </w:p>
    <w:p w14:paraId="14A45E71" w14:textId="59FBC92D" w:rsidR="000025D0" w:rsidRPr="00861B6F" w:rsidRDefault="000A213C">
      <w:pPr>
        <w:pStyle w:val="Instruction"/>
        <w:keepNext/>
        <w:rPr>
          <w:lang w:val="cs-CZ"/>
        </w:rPr>
      </w:pPr>
      <w:r w:rsidRPr="00861B6F">
        <w:rPr>
          <w:lang w:val="cs-CZ"/>
        </w:rPr>
        <w:t>V</w:t>
      </w:r>
      <w:r w:rsidR="00861B6F">
        <w:rPr>
          <w:lang w:val="cs-CZ"/>
        </w:rPr>
        <w:t xml:space="preserve"> 5 </w:t>
      </w:r>
      <w:r w:rsidR="00861B6F" w:rsidRPr="00861B6F">
        <w:rPr>
          <w:lang w:val="cs-CZ"/>
        </w:rPr>
        <w:t>až</w:t>
      </w:r>
      <w:r w:rsidRPr="00861B6F">
        <w:rPr>
          <w:lang w:val="cs-CZ"/>
        </w:rPr>
        <w:t xml:space="preserve"> 6 větách shrňte, co už se o tématu ví, v čem vidíte problém nebo mezeru a proč má smysl se tématem zabývat. Opřete se o odborné zdroje, ne pouze o osobní zkušenost. Na zdroje odkazujte příjmením autora a rokem.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638"/>
      </w:tblGrid>
      <w:tr w:rsidR="000025D0" w:rsidRPr="00861B6F" w14:paraId="0D28006A" w14:textId="77777777">
        <w:trPr>
          <w:jc w:val="center"/>
        </w:trPr>
        <w:tc>
          <w:tcPr>
            <w:tcW w:w="9638" w:type="dxa"/>
            <w:tcBorders>
              <w:top w:val="single" w:sz="7" w:space="0" w:color="C9CDD2"/>
              <w:left w:val="single" w:sz="7" w:space="0" w:color="C9CDD2"/>
              <w:bottom w:val="single" w:sz="7" w:space="0" w:color="C9CDD2"/>
              <w:right w:val="single" w:sz="7" w:space="0" w:color="C9CDD2"/>
            </w:tcBorders>
            <w:shd w:val="clear" w:color="auto" w:fill="F7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0C7D44B" w14:textId="77777777" w:rsidR="000025D0" w:rsidRPr="00861B6F" w:rsidRDefault="000A213C">
            <w:pPr>
              <w:spacing w:after="0" w:line="252" w:lineRule="auto"/>
              <w:rPr>
                <w:lang w:val="cs-CZ"/>
              </w:rPr>
            </w:pPr>
            <w:r w:rsidRPr="00861B6F">
              <w:rPr>
                <w:color w:val="7A7F87"/>
                <w:lang w:val="cs-CZ"/>
              </w:rPr>
              <w:t>Co ukazuje dosavadní literatura a na jaký ko</w:t>
            </w:r>
            <w:r w:rsidRPr="00861B6F">
              <w:rPr>
                <w:color w:val="7A7F87"/>
                <w:lang w:val="cs-CZ"/>
              </w:rPr>
              <w:t>nkrétní problém chcete navázat</w:t>
            </w:r>
            <w:r w:rsidRPr="00861B6F">
              <w:rPr>
                <w:lang w:val="cs-CZ"/>
              </w:rPr>
              <w:br/>
              <w:t xml:space="preserve"> </w:t>
            </w:r>
            <w:r w:rsidRPr="00861B6F">
              <w:rPr>
                <w:lang w:val="cs-CZ"/>
              </w:rPr>
              <w:br/>
              <w:t xml:space="preserve"> </w:t>
            </w:r>
            <w:r w:rsidRPr="00861B6F">
              <w:rPr>
                <w:lang w:val="cs-CZ"/>
              </w:rPr>
              <w:br/>
              <w:t xml:space="preserve"> </w:t>
            </w:r>
          </w:p>
        </w:tc>
      </w:tr>
    </w:tbl>
    <w:p w14:paraId="52A49AB4" w14:textId="2B61A80E" w:rsidR="000025D0" w:rsidRPr="00861B6F" w:rsidRDefault="000A213C">
      <w:pPr>
        <w:pStyle w:val="Nadpis2"/>
        <w:rPr>
          <w:lang w:val="cs-CZ"/>
        </w:rPr>
      </w:pPr>
      <w:r w:rsidRPr="00861B6F">
        <w:rPr>
          <w:lang w:val="cs-CZ"/>
        </w:rPr>
        <w:t>3 Cíl práce</w:t>
      </w:r>
      <w:r w:rsidRPr="00861B6F">
        <w:rPr>
          <w:b w:val="0"/>
          <w:color w:val="7A7F87"/>
          <w:sz w:val="15"/>
          <w:lang w:val="cs-CZ"/>
        </w:rPr>
        <w:t xml:space="preserve">  </w:t>
      </w:r>
    </w:p>
    <w:p w14:paraId="0FCFD993" w14:textId="77777777" w:rsidR="000025D0" w:rsidRPr="00861B6F" w:rsidRDefault="000A213C">
      <w:pPr>
        <w:pStyle w:val="Instruction"/>
        <w:keepNext/>
        <w:rPr>
          <w:lang w:val="cs-CZ"/>
        </w:rPr>
      </w:pPr>
      <w:r w:rsidRPr="00861B6F">
        <w:rPr>
          <w:lang w:val="cs-CZ"/>
        </w:rPr>
        <w:t>Napište jeden hlavní cíl, který lze splnit zvolenou metodikou. Použijte sloveso vyjadřující výsledek práce, například zjistit, porovnat, popsat, ověřit nebo posoudit. Vyhněte se obecným formulacím typu zj</w:t>
      </w:r>
      <w:r w:rsidRPr="00861B6F">
        <w:rPr>
          <w:lang w:val="cs-CZ"/>
        </w:rPr>
        <w:t>istit vše o tématu.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638"/>
      </w:tblGrid>
      <w:tr w:rsidR="000025D0" w:rsidRPr="00861B6F" w14:paraId="6646B472" w14:textId="77777777">
        <w:trPr>
          <w:jc w:val="center"/>
        </w:trPr>
        <w:tc>
          <w:tcPr>
            <w:tcW w:w="9638" w:type="dxa"/>
            <w:tcBorders>
              <w:top w:val="single" w:sz="7" w:space="0" w:color="C9CDD2"/>
              <w:left w:val="single" w:sz="7" w:space="0" w:color="C9CDD2"/>
              <w:bottom w:val="single" w:sz="7" w:space="0" w:color="C9CDD2"/>
              <w:right w:val="single" w:sz="7" w:space="0" w:color="C9CDD2"/>
            </w:tcBorders>
            <w:shd w:val="clear" w:color="auto" w:fill="F7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3DAA708" w14:textId="77777777" w:rsidR="000025D0" w:rsidRPr="00861B6F" w:rsidRDefault="000A213C">
            <w:pPr>
              <w:spacing w:after="0" w:line="252" w:lineRule="auto"/>
              <w:rPr>
                <w:lang w:val="cs-CZ"/>
              </w:rPr>
            </w:pPr>
            <w:r w:rsidRPr="00861B6F">
              <w:rPr>
                <w:color w:val="7A7F87"/>
                <w:lang w:val="cs-CZ"/>
              </w:rPr>
              <w:t>Hlavním cílem práce je</w:t>
            </w:r>
            <w:r w:rsidRPr="00861B6F">
              <w:rPr>
                <w:lang w:val="cs-CZ"/>
              </w:rPr>
              <w:br/>
              <w:t xml:space="preserve"> </w:t>
            </w:r>
          </w:p>
        </w:tc>
      </w:tr>
    </w:tbl>
    <w:p w14:paraId="418571C0" w14:textId="5C78D95B" w:rsidR="000025D0" w:rsidRPr="00861B6F" w:rsidRDefault="000A213C">
      <w:pPr>
        <w:pStyle w:val="Nadpis2"/>
        <w:rPr>
          <w:lang w:val="cs-CZ"/>
        </w:rPr>
      </w:pPr>
      <w:r w:rsidRPr="00861B6F">
        <w:rPr>
          <w:lang w:val="cs-CZ"/>
        </w:rPr>
        <w:t>4 Výzkumné otázky</w:t>
      </w:r>
      <w:r w:rsidRPr="00861B6F">
        <w:rPr>
          <w:b w:val="0"/>
          <w:color w:val="7A7F87"/>
          <w:sz w:val="15"/>
          <w:lang w:val="cs-CZ"/>
        </w:rPr>
        <w:t xml:space="preserve">  </w:t>
      </w:r>
    </w:p>
    <w:p w14:paraId="3769A1A6" w14:textId="0DE1D6B9" w:rsidR="000025D0" w:rsidRPr="00861B6F" w:rsidRDefault="000A213C">
      <w:pPr>
        <w:pStyle w:val="Instruction"/>
        <w:keepNext/>
        <w:rPr>
          <w:lang w:val="cs-CZ"/>
        </w:rPr>
      </w:pPr>
      <w:r w:rsidRPr="00861B6F">
        <w:rPr>
          <w:lang w:val="cs-CZ"/>
        </w:rPr>
        <w:t xml:space="preserve">Uveďte 1 až </w:t>
      </w:r>
      <w:r w:rsidR="00861B6F" w:rsidRPr="00861B6F">
        <w:rPr>
          <w:lang w:val="cs-CZ"/>
        </w:rPr>
        <w:t>2</w:t>
      </w:r>
      <w:r w:rsidRPr="00861B6F">
        <w:rPr>
          <w:lang w:val="cs-CZ"/>
        </w:rPr>
        <w:t xml:space="preserve"> otázky, na které mají odpovědět získaná data. Každá otázka musí přímo navazovat na cíl a musí být zodpověditelná plánovaným postupem.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638"/>
      </w:tblGrid>
      <w:tr w:rsidR="000025D0" w:rsidRPr="00861B6F" w14:paraId="2FB92666" w14:textId="77777777">
        <w:trPr>
          <w:jc w:val="center"/>
        </w:trPr>
        <w:tc>
          <w:tcPr>
            <w:tcW w:w="9638" w:type="dxa"/>
            <w:tcBorders>
              <w:top w:val="single" w:sz="7" w:space="0" w:color="C9CDD2"/>
              <w:left w:val="single" w:sz="7" w:space="0" w:color="C9CDD2"/>
              <w:bottom w:val="single" w:sz="7" w:space="0" w:color="C9CDD2"/>
              <w:right w:val="single" w:sz="7" w:space="0" w:color="C9CDD2"/>
            </w:tcBorders>
            <w:shd w:val="clear" w:color="auto" w:fill="F7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A6B4168" w14:textId="10882F1B" w:rsidR="000025D0" w:rsidRPr="00861B6F" w:rsidRDefault="000A213C">
            <w:pPr>
              <w:spacing w:after="0" w:line="252" w:lineRule="auto"/>
              <w:rPr>
                <w:lang w:val="cs-CZ"/>
              </w:rPr>
            </w:pPr>
            <w:r w:rsidRPr="00861B6F">
              <w:rPr>
                <w:color w:val="7A7F87"/>
                <w:lang w:val="cs-CZ"/>
              </w:rPr>
              <w:t>VO1</w:t>
            </w:r>
            <w:r w:rsidRPr="00861B6F">
              <w:rPr>
                <w:color w:val="7A7F87"/>
                <w:lang w:val="cs-CZ"/>
              </w:rPr>
              <w:br/>
              <w:t>VO2</w:t>
            </w:r>
            <w:r w:rsidRPr="00861B6F">
              <w:rPr>
                <w:lang w:val="cs-CZ"/>
              </w:rPr>
              <w:br/>
              <w:t xml:space="preserve"> </w:t>
            </w:r>
            <w:r w:rsidRPr="00861B6F">
              <w:rPr>
                <w:lang w:val="cs-CZ"/>
              </w:rPr>
              <w:br/>
              <w:t xml:space="preserve"> </w:t>
            </w:r>
          </w:p>
        </w:tc>
      </w:tr>
    </w:tbl>
    <w:p w14:paraId="6D02D4F1" w14:textId="77777777" w:rsidR="000025D0" w:rsidRPr="00861B6F" w:rsidRDefault="000A213C">
      <w:pPr>
        <w:pStyle w:val="Nadpis2"/>
        <w:rPr>
          <w:lang w:val="cs-CZ"/>
        </w:rPr>
      </w:pPr>
      <w:r w:rsidRPr="00861B6F">
        <w:rPr>
          <w:lang w:val="cs-CZ"/>
        </w:rPr>
        <w:t>5 Hypotézy</w:t>
      </w:r>
    </w:p>
    <w:p w14:paraId="20B0231B" w14:textId="77777777" w:rsidR="000025D0" w:rsidRPr="00861B6F" w:rsidRDefault="000A213C">
      <w:pPr>
        <w:pStyle w:val="Instruction"/>
        <w:keepNext/>
        <w:rPr>
          <w:lang w:val="cs-CZ"/>
        </w:rPr>
      </w:pPr>
      <w:r w:rsidRPr="00861B6F">
        <w:rPr>
          <w:lang w:val="cs-CZ"/>
        </w:rPr>
        <w:t>Vyplňte pouze tehd</w:t>
      </w:r>
      <w:r w:rsidRPr="00861B6F">
        <w:rPr>
          <w:lang w:val="cs-CZ"/>
        </w:rPr>
        <w:t>y, pokud budete ověřovat předem stanovený vztah nebo rozdíl. Hypotéza má být konkrétní, měřitelná a ověřitelná. U kvalitativní práce, kazuistiky nebo popisné práce hypotézy zpravidla nejsou nutné.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638"/>
      </w:tblGrid>
      <w:tr w:rsidR="000025D0" w:rsidRPr="00861B6F" w14:paraId="3DFFDC50" w14:textId="77777777">
        <w:trPr>
          <w:jc w:val="center"/>
        </w:trPr>
        <w:tc>
          <w:tcPr>
            <w:tcW w:w="9638" w:type="dxa"/>
            <w:tcBorders>
              <w:top w:val="single" w:sz="7" w:space="0" w:color="C9CDD2"/>
              <w:left w:val="single" w:sz="7" w:space="0" w:color="C9CDD2"/>
              <w:bottom w:val="single" w:sz="7" w:space="0" w:color="C9CDD2"/>
              <w:right w:val="single" w:sz="7" w:space="0" w:color="C9CDD2"/>
            </w:tcBorders>
            <w:shd w:val="clear" w:color="auto" w:fill="F7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03F7889" w14:textId="77777777" w:rsidR="000025D0" w:rsidRPr="00861B6F" w:rsidRDefault="000A213C">
            <w:pPr>
              <w:spacing w:after="0" w:line="252" w:lineRule="auto"/>
              <w:rPr>
                <w:lang w:val="cs-CZ"/>
              </w:rPr>
            </w:pPr>
            <w:r w:rsidRPr="00861B6F">
              <w:rPr>
                <w:color w:val="7A7F87"/>
                <w:lang w:val="cs-CZ"/>
              </w:rPr>
              <w:t>H1</w:t>
            </w:r>
            <w:r w:rsidRPr="00861B6F">
              <w:rPr>
                <w:color w:val="7A7F87"/>
                <w:lang w:val="cs-CZ"/>
              </w:rPr>
              <w:br/>
              <w:t>H2</w:t>
            </w:r>
            <w:r w:rsidRPr="00861B6F">
              <w:rPr>
                <w:lang w:val="cs-CZ"/>
              </w:rPr>
              <w:br/>
              <w:t xml:space="preserve"> </w:t>
            </w:r>
          </w:p>
        </w:tc>
      </w:tr>
    </w:tbl>
    <w:p w14:paraId="1BB3B9EA" w14:textId="77777777" w:rsidR="000025D0" w:rsidRPr="00861B6F" w:rsidRDefault="000A213C">
      <w:pPr>
        <w:rPr>
          <w:lang w:val="cs-CZ"/>
        </w:rPr>
      </w:pPr>
      <w:r w:rsidRPr="00861B6F">
        <w:rPr>
          <w:lang w:val="cs-CZ"/>
        </w:rPr>
        <w:br w:type="page"/>
      </w:r>
    </w:p>
    <w:p w14:paraId="58EFF91C" w14:textId="77777777" w:rsidR="000025D0" w:rsidRPr="00861B6F" w:rsidRDefault="000A213C">
      <w:pPr>
        <w:pStyle w:val="Nadpis1"/>
        <w:rPr>
          <w:lang w:val="cs-CZ"/>
        </w:rPr>
      </w:pPr>
      <w:r w:rsidRPr="00861B6F">
        <w:rPr>
          <w:lang w:val="cs-CZ"/>
        </w:rPr>
        <w:lastRenderedPageBreak/>
        <w:t>6 Metodika</w:t>
      </w:r>
    </w:p>
    <w:p w14:paraId="09347C5E" w14:textId="77777777" w:rsidR="000025D0" w:rsidRPr="00861B6F" w:rsidRDefault="000A213C">
      <w:pPr>
        <w:pStyle w:val="Instruction"/>
        <w:keepNext/>
        <w:rPr>
          <w:lang w:val="cs-CZ"/>
        </w:rPr>
      </w:pPr>
      <w:r w:rsidRPr="00861B6F">
        <w:rPr>
          <w:lang w:val="cs-CZ"/>
        </w:rPr>
        <w:t xml:space="preserve">Popište reálný plán práce. Z </w:t>
      </w:r>
      <w:r w:rsidRPr="00861B6F">
        <w:rPr>
          <w:lang w:val="cs-CZ"/>
        </w:rPr>
        <w:t>jednotlivých bodů musí být zřejmé, od koho nebo odkud získáte data, co přesně budete měřit či analyzovat a jak získaná data vyhodnotíte.</w:t>
      </w:r>
    </w:p>
    <w:p w14:paraId="3D93E9C8" w14:textId="233761B6" w:rsidR="000025D0" w:rsidRPr="00861B6F" w:rsidRDefault="000A213C">
      <w:pPr>
        <w:pStyle w:val="Nadpis2"/>
        <w:rPr>
          <w:lang w:val="cs-CZ"/>
        </w:rPr>
      </w:pPr>
      <w:r w:rsidRPr="00861B6F">
        <w:rPr>
          <w:lang w:val="cs-CZ"/>
        </w:rPr>
        <w:t>Design a typ práce</w:t>
      </w:r>
      <w:r w:rsidRPr="00861B6F">
        <w:rPr>
          <w:b w:val="0"/>
          <w:color w:val="7A7F87"/>
          <w:sz w:val="15"/>
          <w:lang w:val="cs-CZ"/>
        </w:rPr>
        <w:t xml:space="preserve">  </w:t>
      </w:r>
    </w:p>
    <w:p w14:paraId="6E7C6A01" w14:textId="77777777" w:rsidR="000025D0" w:rsidRPr="00861B6F" w:rsidRDefault="000A213C">
      <w:pPr>
        <w:pStyle w:val="Instruction"/>
        <w:keepNext/>
        <w:rPr>
          <w:lang w:val="cs-CZ"/>
        </w:rPr>
      </w:pPr>
      <w:r w:rsidRPr="00861B6F">
        <w:rPr>
          <w:lang w:val="cs-CZ"/>
        </w:rPr>
        <w:t xml:space="preserve">Například průřezová studie, intervenční studie, kvalitativní rozhovory, obsahová analýza, </w:t>
      </w:r>
      <w:r w:rsidRPr="00861B6F">
        <w:rPr>
          <w:lang w:val="cs-CZ"/>
        </w:rPr>
        <w:t>kazuistika nebo systematická rešerše. Jednou větou vysvětlete, proč se tento postup hodí k vašemu cíli.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638"/>
      </w:tblGrid>
      <w:tr w:rsidR="000025D0" w:rsidRPr="00861B6F" w14:paraId="1305AE46" w14:textId="77777777">
        <w:trPr>
          <w:jc w:val="center"/>
        </w:trPr>
        <w:tc>
          <w:tcPr>
            <w:tcW w:w="9638" w:type="dxa"/>
            <w:tcBorders>
              <w:top w:val="single" w:sz="7" w:space="0" w:color="C9CDD2"/>
              <w:left w:val="single" w:sz="7" w:space="0" w:color="C9CDD2"/>
              <w:bottom w:val="single" w:sz="7" w:space="0" w:color="C9CDD2"/>
              <w:right w:val="single" w:sz="7" w:space="0" w:color="C9CDD2"/>
            </w:tcBorders>
            <w:shd w:val="clear" w:color="auto" w:fill="F7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5FBAC17" w14:textId="77777777" w:rsidR="000025D0" w:rsidRPr="00861B6F" w:rsidRDefault="000A213C">
            <w:pPr>
              <w:spacing w:after="0" w:line="252" w:lineRule="auto"/>
              <w:rPr>
                <w:lang w:val="cs-CZ"/>
              </w:rPr>
            </w:pPr>
            <w:r w:rsidRPr="00861B6F">
              <w:rPr>
                <w:color w:val="7A7F87"/>
                <w:lang w:val="cs-CZ"/>
              </w:rPr>
              <w:t>Typ práce a stručné zdůvodnění</w:t>
            </w:r>
            <w:r w:rsidRPr="00861B6F">
              <w:rPr>
                <w:lang w:val="cs-CZ"/>
              </w:rPr>
              <w:br/>
              <w:t xml:space="preserve"> </w:t>
            </w:r>
          </w:p>
        </w:tc>
      </w:tr>
    </w:tbl>
    <w:p w14:paraId="5BFB6495" w14:textId="1EAC3AF1" w:rsidR="000025D0" w:rsidRPr="00861B6F" w:rsidRDefault="000A213C">
      <w:pPr>
        <w:pStyle w:val="Nadpis2"/>
        <w:rPr>
          <w:lang w:val="cs-CZ"/>
        </w:rPr>
      </w:pPr>
      <w:r w:rsidRPr="00861B6F">
        <w:rPr>
          <w:lang w:val="cs-CZ"/>
        </w:rPr>
        <w:t>Výzkumný soubor nebo zdroj dat</w:t>
      </w:r>
      <w:r w:rsidRPr="00861B6F">
        <w:rPr>
          <w:b w:val="0"/>
          <w:color w:val="7A7F87"/>
          <w:sz w:val="15"/>
          <w:lang w:val="cs-CZ"/>
        </w:rPr>
        <w:t xml:space="preserve">  </w:t>
      </w:r>
    </w:p>
    <w:p w14:paraId="564E87F6" w14:textId="77777777" w:rsidR="000025D0" w:rsidRPr="00861B6F" w:rsidRDefault="000A213C">
      <w:pPr>
        <w:pStyle w:val="Instruction"/>
        <w:keepNext/>
        <w:rPr>
          <w:lang w:val="cs-CZ"/>
        </w:rPr>
      </w:pPr>
      <w:r w:rsidRPr="00861B6F">
        <w:rPr>
          <w:lang w:val="cs-CZ"/>
        </w:rPr>
        <w:t xml:space="preserve">Uveďte cílovou skupinu či materiál, předpokládaný počet, způsob náboru nebo výběru a </w:t>
      </w:r>
      <w:r w:rsidRPr="00861B6F">
        <w:rPr>
          <w:lang w:val="cs-CZ"/>
        </w:rPr>
        <w:t>základní kritéria pro zařazení a vyřazení. Zvažte, zda máte k souboru nebo datům reálný přístup.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638"/>
      </w:tblGrid>
      <w:tr w:rsidR="000025D0" w:rsidRPr="00861B6F" w14:paraId="5575C7D8" w14:textId="77777777">
        <w:trPr>
          <w:jc w:val="center"/>
        </w:trPr>
        <w:tc>
          <w:tcPr>
            <w:tcW w:w="9638" w:type="dxa"/>
            <w:tcBorders>
              <w:top w:val="single" w:sz="7" w:space="0" w:color="C9CDD2"/>
              <w:left w:val="single" w:sz="7" w:space="0" w:color="C9CDD2"/>
              <w:bottom w:val="single" w:sz="7" w:space="0" w:color="C9CDD2"/>
              <w:right w:val="single" w:sz="7" w:space="0" w:color="C9CDD2"/>
            </w:tcBorders>
            <w:shd w:val="clear" w:color="auto" w:fill="F7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DC2CE6C" w14:textId="77777777" w:rsidR="000025D0" w:rsidRPr="00861B6F" w:rsidRDefault="000A213C">
            <w:pPr>
              <w:spacing w:after="0" w:line="252" w:lineRule="auto"/>
              <w:rPr>
                <w:lang w:val="cs-CZ"/>
              </w:rPr>
            </w:pPr>
            <w:r w:rsidRPr="00861B6F">
              <w:rPr>
                <w:color w:val="7A7F87"/>
                <w:lang w:val="cs-CZ"/>
              </w:rPr>
              <w:t>Koho nebo co budete zkoumat a jak získáte potřebná data</w:t>
            </w:r>
            <w:r w:rsidRPr="00861B6F">
              <w:rPr>
                <w:lang w:val="cs-CZ"/>
              </w:rPr>
              <w:br/>
              <w:t xml:space="preserve"> </w:t>
            </w:r>
            <w:r w:rsidRPr="00861B6F">
              <w:rPr>
                <w:lang w:val="cs-CZ"/>
              </w:rPr>
              <w:br/>
              <w:t xml:space="preserve"> </w:t>
            </w:r>
          </w:p>
        </w:tc>
      </w:tr>
    </w:tbl>
    <w:p w14:paraId="228095AB" w14:textId="505DEF64" w:rsidR="000025D0" w:rsidRPr="00861B6F" w:rsidRDefault="000A213C">
      <w:pPr>
        <w:pStyle w:val="Nadpis2"/>
        <w:rPr>
          <w:lang w:val="cs-CZ"/>
        </w:rPr>
      </w:pPr>
      <w:r w:rsidRPr="00861B6F">
        <w:rPr>
          <w:lang w:val="cs-CZ"/>
        </w:rPr>
        <w:t>Sběr dat a hlavní proměnné</w:t>
      </w:r>
      <w:r w:rsidRPr="00861B6F">
        <w:rPr>
          <w:b w:val="0"/>
          <w:color w:val="7A7F87"/>
          <w:sz w:val="15"/>
          <w:lang w:val="cs-CZ"/>
        </w:rPr>
        <w:t xml:space="preserve">  </w:t>
      </w:r>
    </w:p>
    <w:p w14:paraId="39FA7FB0" w14:textId="77777777" w:rsidR="000025D0" w:rsidRPr="00861B6F" w:rsidRDefault="000A213C">
      <w:pPr>
        <w:pStyle w:val="Instruction"/>
        <w:keepNext/>
        <w:rPr>
          <w:lang w:val="cs-CZ"/>
        </w:rPr>
      </w:pPr>
      <w:r w:rsidRPr="00861B6F">
        <w:rPr>
          <w:lang w:val="cs-CZ"/>
        </w:rPr>
        <w:t xml:space="preserve">Popište konkrétní měření, testy, dotazníky, rozhovory, pozorování či </w:t>
      </w:r>
      <w:r w:rsidRPr="00861B6F">
        <w:rPr>
          <w:lang w:val="cs-CZ"/>
        </w:rPr>
        <w:t>databáze. Uveďte hlavní sledované ukazatele, časový průběh a případnou intervenci. Upřednostněte validované a standardizované metody.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638"/>
      </w:tblGrid>
      <w:tr w:rsidR="000025D0" w:rsidRPr="00861B6F" w14:paraId="7F6B45D1" w14:textId="77777777">
        <w:trPr>
          <w:jc w:val="center"/>
        </w:trPr>
        <w:tc>
          <w:tcPr>
            <w:tcW w:w="9638" w:type="dxa"/>
            <w:tcBorders>
              <w:top w:val="single" w:sz="7" w:space="0" w:color="C9CDD2"/>
              <w:left w:val="single" w:sz="7" w:space="0" w:color="C9CDD2"/>
              <w:bottom w:val="single" w:sz="7" w:space="0" w:color="C9CDD2"/>
              <w:right w:val="single" w:sz="7" w:space="0" w:color="C9CDD2"/>
            </w:tcBorders>
            <w:shd w:val="clear" w:color="auto" w:fill="F7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A01501D" w14:textId="77777777" w:rsidR="000025D0" w:rsidRPr="00861B6F" w:rsidRDefault="000A213C">
            <w:pPr>
              <w:spacing w:after="0" w:line="252" w:lineRule="auto"/>
              <w:rPr>
                <w:lang w:val="cs-CZ"/>
              </w:rPr>
            </w:pPr>
            <w:r w:rsidRPr="00861B6F">
              <w:rPr>
                <w:color w:val="7A7F87"/>
                <w:lang w:val="cs-CZ"/>
              </w:rPr>
              <w:t>Jaká data získáte, čím je změříte a kdy</w:t>
            </w:r>
            <w:r w:rsidRPr="00861B6F">
              <w:rPr>
                <w:lang w:val="cs-CZ"/>
              </w:rPr>
              <w:br/>
              <w:t xml:space="preserve"> </w:t>
            </w:r>
            <w:r w:rsidRPr="00861B6F">
              <w:rPr>
                <w:lang w:val="cs-CZ"/>
              </w:rPr>
              <w:br/>
              <w:t xml:space="preserve"> </w:t>
            </w:r>
          </w:p>
        </w:tc>
      </w:tr>
    </w:tbl>
    <w:p w14:paraId="51626899" w14:textId="3EB59FE0" w:rsidR="000025D0" w:rsidRPr="00861B6F" w:rsidRDefault="000A213C">
      <w:pPr>
        <w:pStyle w:val="Nadpis2"/>
        <w:rPr>
          <w:lang w:val="cs-CZ"/>
        </w:rPr>
      </w:pPr>
      <w:r w:rsidRPr="00861B6F">
        <w:rPr>
          <w:lang w:val="cs-CZ"/>
        </w:rPr>
        <w:t>Vyhodnocení dat a proveditelnost</w:t>
      </w:r>
      <w:r w:rsidRPr="00861B6F">
        <w:rPr>
          <w:b w:val="0"/>
          <w:color w:val="7A7F87"/>
          <w:sz w:val="15"/>
          <w:lang w:val="cs-CZ"/>
        </w:rPr>
        <w:t xml:space="preserve">  </w:t>
      </w:r>
    </w:p>
    <w:p w14:paraId="47539138" w14:textId="77777777" w:rsidR="000025D0" w:rsidRPr="00861B6F" w:rsidRDefault="000A213C">
      <w:pPr>
        <w:pStyle w:val="Instruction"/>
        <w:keepNext/>
        <w:rPr>
          <w:lang w:val="cs-CZ"/>
        </w:rPr>
      </w:pPr>
      <w:r w:rsidRPr="00861B6F">
        <w:rPr>
          <w:lang w:val="cs-CZ"/>
        </w:rPr>
        <w:t>Stručně uveďte plán analýzy, například pop</w:t>
      </w:r>
      <w:r w:rsidRPr="00861B6F">
        <w:rPr>
          <w:lang w:val="cs-CZ"/>
        </w:rPr>
        <w:t>isnou statistiku, porovnání skupin, vztah proměnných nebo tematickou analýzu. Doplňte hlavní praktická či etická omezení a způsob, jak je chcete řešit.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638"/>
      </w:tblGrid>
      <w:tr w:rsidR="000025D0" w:rsidRPr="00861B6F" w14:paraId="7B80D20B" w14:textId="77777777">
        <w:trPr>
          <w:jc w:val="center"/>
        </w:trPr>
        <w:tc>
          <w:tcPr>
            <w:tcW w:w="9638" w:type="dxa"/>
            <w:tcBorders>
              <w:top w:val="single" w:sz="7" w:space="0" w:color="C9CDD2"/>
              <w:left w:val="single" w:sz="7" w:space="0" w:color="C9CDD2"/>
              <w:bottom w:val="single" w:sz="7" w:space="0" w:color="C9CDD2"/>
              <w:right w:val="single" w:sz="7" w:space="0" w:color="C9CDD2"/>
            </w:tcBorders>
            <w:shd w:val="clear" w:color="auto" w:fill="F7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BF6F0CD" w14:textId="77777777" w:rsidR="000025D0" w:rsidRPr="00861B6F" w:rsidRDefault="000A213C">
            <w:pPr>
              <w:spacing w:after="0" w:line="252" w:lineRule="auto"/>
              <w:rPr>
                <w:lang w:val="cs-CZ"/>
              </w:rPr>
            </w:pPr>
            <w:r w:rsidRPr="00861B6F">
              <w:rPr>
                <w:color w:val="7A7F87"/>
                <w:lang w:val="cs-CZ"/>
              </w:rPr>
              <w:t>Jak odpovíte na výzkumné otázky a co může realizaci omezit</w:t>
            </w:r>
            <w:r w:rsidRPr="00861B6F">
              <w:rPr>
                <w:lang w:val="cs-CZ"/>
              </w:rPr>
              <w:br/>
              <w:t xml:space="preserve"> </w:t>
            </w:r>
            <w:r w:rsidRPr="00861B6F">
              <w:rPr>
                <w:lang w:val="cs-CZ"/>
              </w:rPr>
              <w:br/>
              <w:t xml:space="preserve"> </w:t>
            </w:r>
          </w:p>
        </w:tc>
      </w:tr>
    </w:tbl>
    <w:p w14:paraId="1806EDA7" w14:textId="58C33854" w:rsidR="000025D0" w:rsidRPr="00861B6F" w:rsidRDefault="000A213C">
      <w:pPr>
        <w:pStyle w:val="Nadpis2"/>
        <w:rPr>
          <w:lang w:val="cs-CZ"/>
        </w:rPr>
      </w:pPr>
      <w:r w:rsidRPr="00861B6F">
        <w:rPr>
          <w:lang w:val="cs-CZ"/>
        </w:rPr>
        <w:t>7 Aktuální odborné zdroje</w:t>
      </w:r>
      <w:r w:rsidRPr="00861B6F">
        <w:rPr>
          <w:b w:val="0"/>
          <w:color w:val="7A7F87"/>
          <w:sz w:val="15"/>
          <w:lang w:val="cs-CZ"/>
        </w:rPr>
        <w:t xml:space="preserve">  </w:t>
      </w:r>
    </w:p>
    <w:p w14:paraId="5CD7EAAB" w14:textId="77777777" w:rsidR="000025D0" w:rsidRPr="00861B6F" w:rsidRDefault="000A213C">
      <w:pPr>
        <w:pStyle w:val="Instruction"/>
        <w:keepNext/>
        <w:rPr>
          <w:lang w:val="cs-CZ"/>
        </w:rPr>
      </w:pPr>
      <w:r w:rsidRPr="00861B6F">
        <w:rPr>
          <w:lang w:val="cs-CZ"/>
        </w:rPr>
        <w:t>Uveďte alesp</w:t>
      </w:r>
      <w:r w:rsidRPr="00861B6F">
        <w:rPr>
          <w:lang w:val="cs-CZ"/>
        </w:rPr>
        <w:t>oň 4 až 5 odborných zdrojů přímo souvisejících s tématem, přednostně recenzované články z posledních 5 až 10 let. Starší zdroj použijte, pokud je pro téma zásadní. Zapište autory, rok, název, časopis nebo nakladatele a DOI či odkaz.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638"/>
      </w:tblGrid>
      <w:tr w:rsidR="000025D0" w:rsidRPr="00861B6F" w14:paraId="16248799" w14:textId="77777777">
        <w:trPr>
          <w:jc w:val="center"/>
        </w:trPr>
        <w:tc>
          <w:tcPr>
            <w:tcW w:w="9638" w:type="dxa"/>
            <w:tcBorders>
              <w:top w:val="single" w:sz="7" w:space="0" w:color="C9CDD2"/>
              <w:left w:val="single" w:sz="7" w:space="0" w:color="C9CDD2"/>
              <w:bottom w:val="single" w:sz="7" w:space="0" w:color="C9CDD2"/>
              <w:right w:val="single" w:sz="7" w:space="0" w:color="C9CDD2"/>
            </w:tcBorders>
            <w:shd w:val="clear" w:color="auto" w:fill="F7F8FA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2529B81" w14:textId="77777777" w:rsidR="000025D0" w:rsidRPr="00861B6F" w:rsidRDefault="000A213C">
            <w:pPr>
              <w:spacing w:after="0" w:line="252" w:lineRule="auto"/>
              <w:rPr>
                <w:lang w:val="cs-CZ"/>
              </w:rPr>
            </w:pPr>
            <w:r w:rsidRPr="00861B6F">
              <w:rPr>
                <w:color w:val="7A7F87"/>
                <w:sz w:val="17"/>
                <w:lang w:val="cs-CZ"/>
              </w:rPr>
              <w:t>1</w:t>
            </w:r>
            <w:r w:rsidRPr="00861B6F">
              <w:rPr>
                <w:color w:val="7A7F87"/>
                <w:sz w:val="17"/>
                <w:lang w:val="cs-CZ"/>
              </w:rPr>
              <w:br/>
              <w:t>2</w:t>
            </w:r>
            <w:r w:rsidRPr="00861B6F">
              <w:rPr>
                <w:color w:val="7A7F87"/>
                <w:sz w:val="17"/>
                <w:lang w:val="cs-CZ"/>
              </w:rPr>
              <w:br/>
              <w:t>3</w:t>
            </w:r>
            <w:r w:rsidRPr="00861B6F">
              <w:rPr>
                <w:color w:val="7A7F87"/>
                <w:sz w:val="17"/>
                <w:lang w:val="cs-CZ"/>
              </w:rPr>
              <w:br/>
              <w:t>4</w:t>
            </w:r>
            <w:r w:rsidRPr="00861B6F">
              <w:rPr>
                <w:color w:val="7A7F87"/>
                <w:sz w:val="17"/>
                <w:lang w:val="cs-CZ"/>
              </w:rPr>
              <w:br/>
              <w:t>5</w:t>
            </w:r>
            <w:r w:rsidRPr="00861B6F">
              <w:rPr>
                <w:lang w:val="cs-CZ"/>
              </w:rPr>
              <w:br/>
              <w:t xml:space="preserve"> </w:t>
            </w:r>
            <w:r w:rsidRPr="00861B6F">
              <w:rPr>
                <w:lang w:val="cs-CZ"/>
              </w:rPr>
              <w:br/>
              <w:t xml:space="preserve"> </w:t>
            </w:r>
            <w:r w:rsidRPr="00861B6F">
              <w:rPr>
                <w:lang w:val="cs-CZ"/>
              </w:rPr>
              <w:br/>
              <w:t xml:space="preserve"> </w:t>
            </w:r>
            <w:r w:rsidRPr="00861B6F">
              <w:rPr>
                <w:lang w:val="cs-CZ"/>
              </w:rPr>
              <w:br/>
              <w:t xml:space="preserve"> </w:t>
            </w:r>
          </w:p>
        </w:tc>
      </w:tr>
    </w:tbl>
    <w:p w14:paraId="1272A2FF" w14:textId="77777777" w:rsidR="000025D0" w:rsidRPr="00861B6F" w:rsidRDefault="000A213C">
      <w:pPr>
        <w:spacing w:before="100" w:after="0"/>
        <w:rPr>
          <w:lang w:val="cs-CZ"/>
        </w:rPr>
      </w:pPr>
      <w:r w:rsidRPr="00861B6F">
        <w:rPr>
          <w:b/>
          <w:sz w:val="17"/>
          <w:lang w:val="cs-CZ"/>
        </w:rPr>
        <w:t xml:space="preserve">Kontrola před </w:t>
      </w:r>
      <w:proofErr w:type="gramStart"/>
      <w:r w:rsidRPr="00861B6F">
        <w:rPr>
          <w:b/>
          <w:sz w:val="17"/>
          <w:lang w:val="cs-CZ"/>
        </w:rPr>
        <w:t xml:space="preserve">konzultací  </w:t>
      </w:r>
      <w:r w:rsidRPr="00861B6F">
        <w:rPr>
          <w:color w:val="3E4349"/>
          <w:sz w:val="16"/>
          <w:lang w:val="cs-CZ"/>
        </w:rPr>
        <w:t>☐</w:t>
      </w:r>
      <w:proofErr w:type="gramEnd"/>
      <w:r w:rsidRPr="00861B6F">
        <w:rPr>
          <w:color w:val="3E4349"/>
          <w:sz w:val="16"/>
          <w:lang w:val="cs-CZ"/>
        </w:rPr>
        <w:t xml:space="preserve"> cíl odpovídá otázkám  ☐ otázky lze zodpovědět metodikou  ☐ mám přístup k datům  ☐ zdroje jsou aktuální a přímo souvisejí s tématem</w:t>
      </w:r>
    </w:p>
    <w:sectPr w:rsidR="000025D0" w:rsidRPr="00861B6F" w:rsidSect="00034616">
      <w:headerReference w:type="default" r:id="rId8"/>
      <w:footerReference w:type="default" r:id="rId9"/>
      <w:pgSz w:w="11906" w:h="16838"/>
      <w:pgMar w:top="765" w:right="992" w:bottom="709" w:left="992" w:header="312" w:footer="31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9275C" w14:textId="77777777" w:rsidR="000A213C" w:rsidRDefault="000A213C">
      <w:pPr>
        <w:spacing w:after="0" w:line="240" w:lineRule="auto"/>
      </w:pPr>
      <w:r>
        <w:separator/>
      </w:r>
    </w:p>
  </w:endnote>
  <w:endnote w:type="continuationSeparator" w:id="0">
    <w:p w14:paraId="58CBAEF7" w14:textId="77777777" w:rsidR="000A213C" w:rsidRDefault="000A2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AE174" w14:textId="366261B6" w:rsidR="000025D0" w:rsidRDefault="000025D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CE5A9" w14:textId="77777777" w:rsidR="000A213C" w:rsidRDefault="000A213C">
      <w:pPr>
        <w:spacing w:after="0" w:line="240" w:lineRule="auto"/>
      </w:pPr>
      <w:r>
        <w:separator/>
      </w:r>
    </w:p>
  </w:footnote>
  <w:footnote w:type="continuationSeparator" w:id="0">
    <w:p w14:paraId="2E58BB5D" w14:textId="77777777" w:rsidR="000A213C" w:rsidRDefault="000A21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1083F" w14:textId="156CF636" w:rsidR="000025D0" w:rsidRDefault="000A213C">
    <w:pPr>
      <w:pStyle w:val="Zhlav"/>
      <w:jc w:val="right"/>
    </w:pPr>
    <w:r>
      <w:rPr>
        <w:b/>
        <w:color w:val="70767F"/>
        <w:sz w:val="15"/>
      </w:rPr>
      <w:t>PODKLAD PRO KONZULTACI S VEDOUCÍM</w:t>
    </w:r>
    <w:r w:rsidR="00010B80">
      <w:rPr>
        <w:b/>
        <w:color w:val="70767F"/>
        <w:sz w:val="15"/>
      </w:rPr>
      <w:t xml:space="preserve"> PRÁCE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25D0"/>
    <w:rsid w:val="00010B80"/>
    <w:rsid w:val="00034616"/>
    <w:rsid w:val="0006063C"/>
    <w:rsid w:val="000A213C"/>
    <w:rsid w:val="0015074B"/>
    <w:rsid w:val="0029639D"/>
    <w:rsid w:val="002F1C0E"/>
    <w:rsid w:val="00326F90"/>
    <w:rsid w:val="00537772"/>
    <w:rsid w:val="00861B6F"/>
    <w:rsid w:val="00AA1D8D"/>
    <w:rsid w:val="00B47730"/>
    <w:rsid w:val="00B65C40"/>
    <w:rsid w:val="00CB0664"/>
    <w:rsid w:val="00D21ED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CB6FFE"/>
  <w14:defaultImageDpi w14:val="300"/>
  <w15:docId w15:val="{70326EAB-54F2-364D-9BE6-98FDB3FF0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80" w:line="259" w:lineRule="auto"/>
    </w:pPr>
    <w:rPr>
      <w:rFonts w:ascii="Aptos" w:hAnsi="Aptos"/>
      <w:color w:val="181A1F"/>
      <w:sz w:val="18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160" w:after="60"/>
      <w:outlineLvl w:val="0"/>
    </w:pPr>
    <w:rPr>
      <w:rFonts w:asciiTheme="majorHAnsi" w:eastAsiaTheme="majorEastAsia" w:hAnsiTheme="majorHAnsi" w:cstheme="majorBidi"/>
      <w:b/>
      <w:bCs/>
      <w:color w:val="000000"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120" w:after="30"/>
      <w:outlineLvl w:val="1"/>
    </w:pPr>
    <w:rPr>
      <w:rFonts w:asciiTheme="majorHAnsi" w:eastAsiaTheme="majorEastAsia" w:hAnsiTheme="majorHAnsi" w:cstheme="majorBidi"/>
      <w:b/>
      <w:bCs/>
      <w:color w:val="000000"/>
      <w:sz w:val="20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4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Instruction">
    <w:name w:val="Instruction"/>
    <w:pPr>
      <w:spacing w:after="50" w:line="240" w:lineRule="auto"/>
    </w:pPr>
    <w:rPr>
      <w:rFonts w:ascii="Aptos" w:hAnsi="Aptos"/>
      <w:i/>
      <w:color w:val="595F69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 tématu závěrečné práce</dc:title>
  <dc:subject>Formulář pro studenty před konzultací s potenciálním vedoucím bakalářské nebo diplomové práce</dc:subject>
  <dc:creator>Katedra tělesné výchovy</dc:creator>
  <cp:keywords/>
  <dc:description>generated by python-docx</dc:description>
  <cp:lastModifiedBy>Holková Pavla</cp:lastModifiedBy>
  <cp:revision>2</cp:revision>
  <dcterms:created xsi:type="dcterms:W3CDTF">2026-11-02T14:01:00Z</dcterms:created>
  <dcterms:modified xsi:type="dcterms:W3CDTF">2026-11-02T14:01:00Z</dcterms:modified>
  <cp:category/>
</cp:coreProperties>
</file>